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על חלקי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ביקור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על כאב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איש שעוזר כשחולים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דבר שעוזר כשחולים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מרגיש רע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הולכים לרופא ונחים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שהוא לא מרגיש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הרופא נותן לו תרופה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חלקי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(החלק שכואב בטקסט, למעלה בגוף)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(איתה הולכים)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(איתה כותבים ואוכלים)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(איתה רואים)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(איתה שומעים)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כואב לי הגרון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שיחה אצל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שיחה הגיונית עם לפחות שני משפטים, שימוש נכון במילים רופא, כואב, תרופה ולנוח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הראש והגרון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יד, רגל, עין, אוזן, פה, בטן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השיחה אצל הרופא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להצביע על חלקי הגוף בגוף עצמו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באוצר המילים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על הגוף, נקרא טקסט קצר על ילד שלא מרגיש טוב, ונענה על שאלות על הביקור אצל הרופא.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"רופא"?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 שמלמד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שעוזר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איש שמוכר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איש שנוהג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"תרופה"?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שעוזר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לקריאה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"כואב"?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מרגיש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מרגיש רע בגוף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רוצה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חלק מהגוף?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כשכואב הראש וצריך להבריא?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הולכים לרופא ונחים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לישון בלי לנוח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הרבה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מהר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מרגיש טוב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כואב לכותב הראש והגרון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הרופא נותן לכותב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 צריך לנוח שלושה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לי הראש וכואב לי הגרון.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הולך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הרופא נותן לי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צריך __________ שלושה ימים.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חלקי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איתה כותבים ואוכלים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החלק שכואב בטקסט, למעלה בגוף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איתה שומעים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איתה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אוזן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איתה רואים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כואב לי הגרון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לרופא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שיחה אצל הרופא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אצל הרופא. השתמשו במילים: רופא, כואב, תרופה, לנוח.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כואב לכותב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נותן הרופא לכותב?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חלק אחד בגוף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