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גוף ובריאות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על חלקי הגוף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קצר על ביקור אצל הרופא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משפטים על כאב ובריאות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איש שעוזר כשחולים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דבר שעוזר כשחולים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מרגיש רע בגוף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בטן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הולכים לרופא ונחים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 - על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בטקסט כתוב שהוא לא מרגיש 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כתוב בטקסט בפירוש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הרופא נותן לו תרופה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כתוב בסוף הטקסט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כואב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לרופא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תרופה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לנוח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חלקי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(החלק שכואב בטקסט, למעלה בגוף)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(איתה הולכים)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(איתה כותבים ואוכלים)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(איתה רואים)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(איתה שומעים)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הולך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לרופא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כואב לי הגרון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שיחה אצל הרופא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שיחה הגיונית עם לפחות שני משפטים, שימוש נכון במילים רופא, כואב, תרופה ולנוח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הראש והגרון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תרופה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כמו: יד, רגל, עין, אוזן, פה, בטן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 את השיחה אצל הרופא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להצביע על חלקי הגוף בגוף עצמו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ולהתמקד באוצר המילים הבסיסי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גוף ובריאות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מילים על הגוף. קוראים סיפור קטן על מישהו שהולך לרופא. עונים על שאלות קלות.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החלק העליון של הגוף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גרון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בצוואר שכואב כשחולים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כואב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מרגיש רע בגוף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רופא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שעוזר כשחולים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תרופה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שעוזר להבריא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לנוח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לשכב ולא לעבוד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בריא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הפוך מחולה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 מרגיש טוב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רופא זה מי שעוזר כשחולים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איש שמלמד בבית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איש שעוזר כשחולים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איש שמוכר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איש שנוהג באוטובוס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תרופה זה דבר שעוזר להבריא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דבר שעוזר כשחולים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סוג של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בגד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 לקריאה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כואב זה מרגיש רע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מרגיש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מרגיש רע בגוף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רוצה לישון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רוצה לאכול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זה חלק בגוף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רופא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כשחולים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הולכים לרופא ונחים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הולכים לישון בלי לנוח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אוכלים הרבה ממתקים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רצים מהר מאוד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 - על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הכותב מרגיש טוב היום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כואב לכותב הראש והגרון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הרופא נותן לכותב 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הכותב צריך לנוח שלושה ימים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לי הראש וכואב לי הגרון.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אני הולך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הרופא נותן לי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אני צריך __________ שלושה ימים.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חלקי 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ראש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איתה כותבים ואוכלים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החלק שכואב בטקסט, למעלה בגוף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איתה הולכים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איתה שומעים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אוזן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איתה רואים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הולך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כואב לי הגרון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לרופא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שיחה אצל הרופא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שיחה קצרה אצל הרופא. השתמשו במילים: רופא, כואב, תרופה, לנוח.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כואב לכותב בטקסט?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נותן הרופא לכותב?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של חלק אחד בגוף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גוף ובריאות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