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על חלקי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על כאב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איש שעוזר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 שעוזר כשחולים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שהוא לא מרגיש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לרופא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(החלק שכואב בטקסט, למעלה בגוף)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(איתה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(איתה כותבים ואוכלים)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לרופא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שיחה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 הגיונית עם לפחות שני משפטים, שימוש נכון במילים רופא, כואב, תרופה ולנוח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הראש והגרון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יד, רגל, עין, אוזן, פה, בטן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השיחה אצל הרופא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להצביע על חלקי הגוף בגוף עצמו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באוצר המילים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על הגוף, נקרא טקסט קצר על ילד שלא מרגיש טוב, ונענה על שאלות על הביקור אצל הרופא.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כואב  ·  לרופא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"רופא"?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 שמלמד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איש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איש שמוכר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"תרופה"?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 מרגיש טוב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כואב לכותב הראש והגרון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לי הראש וכואב לי הגרון.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הולך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חלקי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איתה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איתה כותבים ואוכלים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שכואב בטקסט, למעלה בגוף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לרופא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שיחה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שיחה קצרה אצל הרופא. השתמשו במילים: רופא, כואב, תרופה, לנוח.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כואב לכותב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נותן הרופא לכותב?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